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VELİ MUVAFAKATNAMESİ</w:t>
      </w:r>
    </w:p>
    <w:p>
      <w:r>
        <w:br/>
        <w:t>Türkiye Güreş Federasyonu tarafından …/…/…… – …/…/…… tarihleri arasında düzenlenecek olan ……… Yaş Grubu Milli Takım Kampı’na, velisi bulunduğum ……………………………… (T.C. Kimlik No: ………………………) isimli oğlumun katılmasına kendi rızamla izin veriyorum.</w:t>
        <w:br/>
        <w:br/>
        <w:t>Kamp süresince uygulanacak idari ve sportif kuralları kabul ettiğimi, gerekli sorumlulukları yerine getireceğimi beyan ederim.</w:t>
        <w:br/>
        <w:br/>
        <w:t>İşbu muvafakatnameyi kendi hür irademle düzenleyip imzalıyorum.</w:t>
        <w:br/>
      </w:r>
    </w:p>
    <w:p>
      <w:r>
        <w:br/>
        <w:t>Tarih: …../…../……</w:t>
      </w:r>
    </w:p>
    <w:p>
      <w:r>
        <w:t>Veli Adı Soyadı: ……………………………………..</w:t>
      </w:r>
    </w:p>
    <w:p>
      <w:r>
        <w:t>T.C. Kimlik No: ……………………………………..</w:t>
      </w:r>
    </w:p>
    <w:p>
      <w:r>
        <w:t>Telefon: ……………………………………..</w:t>
      </w:r>
    </w:p>
    <w:p>
      <w:r>
        <w:br/>
        <w:t>İmza:</w:t>
      </w:r>
    </w:p>
    <w:sectPr w:rsidR="00FC693F" w:rsidRPr="0006063C" w:rsidSect="00034616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